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187B0" w14:textId="77777777" w:rsidR="00A619FC" w:rsidRPr="00563D17" w:rsidRDefault="00000000">
      <w:pPr>
        <w:pStyle w:val="Ttulo"/>
        <w:jc w:val="center"/>
        <w:rPr>
          <w:lang w:val="es-PE"/>
        </w:rPr>
      </w:pPr>
      <w:r w:rsidRPr="00563D17">
        <w:rPr>
          <w:lang w:val="es-PE"/>
        </w:rPr>
        <w:t>Sebastián Espinoza Dávalos</w:t>
      </w:r>
    </w:p>
    <w:p w14:paraId="7BEF7879" w14:textId="77777777" w:rsidR="00A619FC" w:rsidRPr="00563D17" w:rsidRDefault="00000000">
      <w:pPr>
        <w:jc w:val="center"/>
        <w:rPr>
          <w:lang w:val="es-PE"/>
        </w:rPr>
      </w:pPr>
      <w:r w:rsidRPr="00563D17">
        <w:rPr>
          <w:lang w:val="es-PE"/>
        </w:rPr>
        <w:t>Trujillo, Perú | +51 977 956 705</w:t>
      </w:r>
      <w:r w:rsidRPr="00563D17">
        <w:rPr>
          <w:lang w:val="es-PE"/>
        </w:rPr>
        <w:br/>
        <w:t>espinozadavalossebastian@gmail.com</w:t>
      </w:r>
      <w:r w:rsidRPr="00563D17">
        <w:rPr>
          <w:lang w:val="es-PE"/>
        </w:rPr>
        <w:br/>
        <w:t>LinkedIn: https://www.linkedin.com/in/sebastian-espinoza-36a94b308/</w:t>
      </w:r>
      <w:r w:rsidRPr="00563D17">
        <w:rPr>
          <w:lang w:val="es-PE"/>
        </w:rPr>
        <w:br/>
        <w:t>GitHub: https://github.com/sespinoza04</w:t>
      </w:r>
    </w:p>
    <w:p w14:paraId="2CEDBECE" w14:textId="77777777" w:rsidR="00A619FC" w:rsidRPr="00563D17" w:rsidRDefault="00000000">
      <w:pPr>
        <w:pStyle w:val="Ttulo1"/>
        <w:rPr>
          <w:lang w:val="es-PE"/>
        </w:rPr>
      </w:pPr>
      <w:r w:rsidRPr="00563D17">
        <w:rPr>
          <w:lang w:val="es-PE"/>
        </w:rPr>
        <w:t>Perfil Profesional</w:t>
      </w:r>
    </w:p>
    <w:p w14:paraId="37BDC0A0" w14:textId="01F523AF" w:rsidR="00A619FC" w:rsidRPr="00563D17" w:rsidRDefault="00000000">
      <w:pPr>
        <w:rPr>
          <w:lang w:val="es-PE"/>
        </w:rPr>
      </w:pPr>
      <w:r w:rsidRPr="00563D17">
        <w:rPr>
          <w:lang w:val="es-PE"/>
        </w:rPr>
        <w:t xml:space="preserve">Desarrollador Full </w:t>
      </w:r>
      <w:proofErr w:type="spellStart"/>
      <w:r w:rsidRPr="00563D17">
        <w:rPr>
          <w:lang w:val="es-PE"/>
        </w:rPr>
        <w:t>Stack</w:t>
      </w:r>
      <w:proofErr w:type="spellEnd"/>
      <w:r w:rsidRPr="00563D17">
        <w:rPr>
          <w:lang w:val="es-PE"/>
        </w:rPr>
        <w:t xml:space="preserve"> con 1.5 años de experiencia desarrollando aplicaciones web de producción utilizando </w:t>
      </w:r>
      <w:proofErr w:type="spellStart"/>
      <w:r w:rsidRPr="00563D17">
        <w:rPr>
          <w:lang w:val="es-PE"/>
        </w:rPr>
        <w:t>NestJS</w:t>
      </w:r>
      <w:proofErr w:type="spellEnd"/>
      <w:r w:rsidRPr="00563D17">
        <w:rPr>
          <w:lang w:val="es-PE"/>
        </w:rPr>
        <w:t xml:space="preserve">, </w:t>
      </w:r>
      <w:proofErr w:type="spellStart"/>
      <w:r w:rsidRPr="00563D17">
        <w:rPr>
          <w:lang w:val="es-PE"/>
        </w:rPr>
        <w:t>React</w:t>
      </w:r>
      <w:proofErr w:type="spellEnd"/>
      <w:r w:rsidRPr="00563D17">
        <w:rPr>
          <w:lang w:val="es-PE"/>
        </w:rPr>
        <w:t xml:space="preserve">, Vite y Next.js. He participado en el diseño de arquitecturas escalables, liderando técnicamente proyectos desarrollados por equipos reducidos, con soluciones que </w:t>
      </w:r>
      <w:r w:rsidR="00563D17" w:rsidRPr="00563D17">
        <w:rPr>
          <w:lang w:val="es-PE"/>
        </w:rPr>
        <w:t>s</w:t>
      </w:r>
      <w:r w:rsidR="00563D17">
        <w:rPr>
          <w:lang w:val="es-PE"/>
        </w:rPr>
        <w:t>ostienen considerables flujos de usuarios</w:t>
      </w:r>
      <w:r w:rsidRPr="00563D17">
        <w:rPr>
          <w:lang w:val="es-PE"/>
        </w:rPr>
        <w:t xml:space="preserve">. Tengo experiencia en el ciclo completo de desarrollo: levantamiento de requerimientos con clientes, diseño técnico, desarrollo </w:t>
      </w:r>
      <w:proofErr w:type="spellStart"/>
      <w:r w:rsidRPr="00563D17">
        <w:rPr>
          <w:lang w:val="es-PE"/>
        </w:rPr>
        <w:t>frontend</w:t>
      </w:r>
      <w:proofErr w:type="spellEnd"/>
      <w:r w:rsidRPr="00563D17">
        <w:rPr>
          <w:lang w:val="es-PE"/>
        </w:rPr>
        <w:t xml:space="preserve"> y </w:t>
      </w:r>
      <w:proofErr w:type="spellStart"/>
      <w:r w:rsidRPr="00563D17">
        <w:rPr>
          <w:lang w:val="es-PE"/>
        </w:rPr>
        <w:t>backend</w:t>
      </w:r>
      <w:proofErr w:type="spellEnd"/>
      <w:r w:rsidRPr="00563D17">
        <w:rPr>
          <w:lang w:val="es-PE"/>
        </w:rPr>
        <w:t xml:space="preserve">, integración de pagos con </w:t>
      </w:r>
      <w:proofErr w:type="spellStart"/>
      <w:r w:rsidRPr="00563D17">
        <w:rPr>
          <w:lang w:val="es-PE"/>
        </w:rPr>
        <w:t>Stripe</w:t>
      </w:r>
      <w:proofErr w:type="spellEnd"/>
      <w:r w:rsidRPr="00563D17">
        <w:rPr>
          <w:lang w:val="es-PE"/>
        </w:rPr>
        <w:t xml:space="preserve">, autenticación centralizada, despliegues en VPS con Docker y </w:t>
      </w:r>
      <w:proofErr w:type="spellStart"/>
      <w:r w:rsidRPr="00563D17">
        <w:rPr>
          <w:lang w:val="es-PE"/>
        </w:rPr>
        <w:t>Dokploy</w:t>
      </w:r>
      <w:proofErr w:type="spellEnd"/>
      <w:r w:rsidRPr="00563D17">
        <w:rPr>
          <w:lang w:val="es-PE"/>
        </w:rPr>
        <w:t xml:space="preserve">, y administración de infraestructura con </w:t>
      </w:r>
      <w:proofErr w:type="spellStart"/>
      <w:r w:rsidRPr="00563D17">
        <w:rPr>
          <w:lang w:val="es-PE"/>
        </w:rPr>
        <w:t>Cloudflare</w:t>
      </w:r>
      <w:proofErr w:type="spellEnd"/>
      <w:r w:rsidRPr="00563D17">
        <w:rPr>
          <w:lang w:val="es-PE"/>
        </w:rPr>
        <w:t>. Me interesa construir software mantenible, escalable y orientado a negocio.</w:t>
      </w:r>
    </w:p>
    <w:p w14:paraId="05938129" w14:textId="77777777" w:rsidR="00A619FC" w:rsidRPr="00563D17" w:rsidRDefault="00000000">
      <w:pPr>
        <w:pStyle w:val="Ttulo1"/>
        <w:rPr>
          <w:lang w:val="es-PE"/>
        </w:rPr>
      </w:pPr>
      <w:r w:rsidRPr="00563D17">
        <w:rPr>
          <w:lang w:val="es-PE"/>
        </w:rPr>
        <w:t>Experiencia Profesional</w:t>
      </w:r>
    </w:p>
    <w:p w14:paraId="06CEBCDE" w14:textId="77777777" w:rsidR="00A619FC" w:rsidRPr="00563D17" w:rsidRDefault="00000000">
      <w:pPr>
        <w:pStyle w:val="Ttulo2"/>
        <w:rPr>
          <w:lang w:val="es-PE"/>
        </w:rPr>
      </w:pPr>
      <w:proofErr w:type="spellStart"/>
      <w:r w:rsidRPr="00563D17">
        <w:rPr>
          <w:lang w:val="es-PE"/>
        </w:rPr>
        <w:t>Elitecode</w:t>
      </w:r>
      <w:proofErr w:type="spellEnd"/>
      <w:r w:rsidRPr="00563D17">
        <w:rPr>
          <w:lang w:val="es-PE"/>
        </w:rPr>
        <w:t xml:space="preserve"> – Programador Full </w:t>
      </w:r>
      <w:proofErr w:type="spellStart"/>
      <w:r w:rsidRPr="00563D17">
        <w:rPr>
          <w:lang w:val="es-PE"/>
        </w:rPr>
        <w:t>Stack</w:t>
      </w:r>
      <w:proofErr w:type="spellEnd"/>
    </w:p>
    <w:p w14:paraId="44304240" w14:textId="7BC50ABF" w:rsidR="00A619FC" w:rsidRPr="00563D17" w:rsidRDefault="00000000">
      <w:pPr>
        <w:rPr>
          <w:lang w:val="es-PE"/>
        </w:rPr>
      </w:pPr>
      <w:r w:rsidRPr="00563D17">
        <w:rPr>
          <w:lang w:val="es-PE"/>
        </w:rPr>
        <w:t xml:space="preserve">Junio 2025 – </w:t>
      </w:r>
      <w:r w:rsidR="00563D17">
        <w:rPr>
          <w:lang w:val="es-PE"/>
        </w:rPr>
        <w:t>Julio 2026</w:t>
      </w:r>
      <w:r w:rsidRPr="00563D17">
        <w:rPr>
          <w:lang w:val="es-PE"/>
        </w:rPr>
        <w:t xml:space="preserve"> | Remoto</w:t>
      </w:r>
    </w:p>
    <w:p w14:paraId="0A6A7489" w14:textId="2F58ECB9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 xml:space="preserve">Lideré técnicamente </w:t>
      </w:r>
      <w:r w:rsidR="00536EF4">
        <w:rPr>
          <w:lang w:val="es-PE"/>
        </w:rPr>
        <w:t xml:space="preserve">el </w:t>
      </w:r>
      <w:r w:rsidRPr="00563D17">
        <w:rPr>
          <w:lang w:val="es-PE"/>
        </w:rPr>
        <w:t xml:space="preserve">desarrollo de C+ Suite, plataforma central de autenticación, gestión de suscripciones y pagos con </w:t>
      </w:r>
      <w:proofErr w:type="spellStart"/>
      <w:r w:rsidRPr="00563D17">
        <w:rPr>
          <w:lang w:val="es-PE"/>
        </w:rPr>
        <w:t>Stripe</w:t>
      </w:r>
      <w:proofErr w:type="spellEnd"/>
      <w:r w:rsidRPr="00563D17">
        <w:rPr>
          <w:lang w:val="es-PE"/>
        </w:rPr>
        <w:t xml:space="preserve"> para el ecosistema Control Más.</w:t>
      </w:r>
    </w:p>
    <w:p w14:paraId="310552BC" w14:textId="14F2DB43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>Equipo de desarrollo,</w:t>
      </w:r>
      <w:r w:rsidR="00563D17">
        <w:rPr>
          <w:lang w:val="es-PE"/>
        </w:rPr>
        <w:t xml:space="preserve"> donde participaba en</w:t>
      </w:r>
      <w:r w:rsidRPr="00563D17">
        <w:rPr>
          <w:lang w:val="es-PE"/>
        </w:rPr>
        <w:t xml:space="preserve"> reuniones directas con el cliente para análisis de requerimientos y validación funcional.</w:t>
      </w:r>
    </w:p>
    <w:p w14:paraId="3443BB28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>Participé en el diseño de la arquitectura de base de datos y de autenticación compartida entre múltiples aplicaciones.</w:t>
      </w:r>
    </w:p>
    <w:p w14:paraId="256FC49A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 xml:space="preserve">Desarrollé funcionalidades </w:t>
      </w:r>
      <w:proofErr w:type="spellStart"/>
      <w:r w:rsidRPr="00563D17">
        <w:rPr>
          <w:lang w:val="es-PE"/>
        </w:rPr>
        <w:t>frontend</w:t>
      </w:r>
      <w:proofErr w:type="spellEnd"/>
      <w:r w:rsidRPr="00563D17">
        <w:rPr>
          <w:lang w:val="es-PE"/>
        </w:rPr>
        <w:t xml:space="preserve"> y </w:t>
      </w:r>
      <w:proofErr w:type="spellStart"/>
      <w:r w:rsidRPr="00563D17">
        <w:rPr>
          <w:lang w:val="es-PE"/>
        </w:rPr>
        <w:t>backend</w:t>
      </w:r>
      <w:proofErr w:type="spellEnd"/>
      <w:r w:rsidRPr="00563D17">
        <w:rPr>
          <w:lang w:val="es-PE"/>
        </w:rPr>
        <w:t xml:space="preserve"> con </w:t>
      </w:r>
      <w:proofErr w:type="spellStart"/>
      <w:r w:rsidRPr="00563D17">
        <w:rPr>
          <w:lang w:val="es-PE"/>
        </w:rPr>
        <w:t>NestJS</w:t>
      </w:r>
      <w:proofErr w:type="spellEnd"/>
      <w:r w:rsidRPr="00563D17">
        <w:rPr>
          <w:lang w:val="es-PE"/>
        </w:rPr>
        <w:t xml:space="preserve">, </w:t>
      </w:r>
      <w:proofErr w:type="spellStart"/>
      <w:r w:rsidRPr="00563D17">
        <w:rPr>
          <w:lang w:val="es-PE"/>
        </w:rPr>
        <w:t>React</w:t>
      </w:r>
      <w:proofErr w:type="spellEnd"/>
      <w:r w:rsidRPr="00563D17">
        <w:rPr>
          <w:lang w:val="es-PE"/>
        </w:rPr>
        <w:t xml:space="preserve"> + Vite y Next.js.</w:t>
      </w:r>
    </w:p>
    <w:p w14:paraId="4BD5FDF8" w14:textId="77777777" w:rsidR="00A619FC" w:rsidRDefault="00000000">
      <w:pPr>
        <w:pStyle w:val="Listaconvietas"/>
      </w:pPr>
      <w:proofErr w:type="spellStart"/>
      <w:r>
        <w:t>Implementé</w:t>
      </w:r>
      <w:proofErr w:type="spellEnd"/>
      <w:r>
        <w:t xml:space="preserve"> </w:t>
      </w:r>
      <w:proofErr w:type="spellStart"/>
      <w:r>
        <w:t>integraciones</w:t>
      </w:r>
      <w:proofErr w:type="spellEnd"/>
      <w:r>
        <w:t xml:space="preserve"> con Stripe, Hotmart, Meta Pixel, Webhooks, WebSockets, Redis y BullMQ.</w:t>
      </w:r>
    </w:p>
    <w:p w14:paraId="3263C0F4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 xml:space="preserve">Configuré despliegues en VPS utilizando Docker, </w:t>
      </w:r>
      <w:proofErr w:type="spellStart"/>
      <w:r w:rsidRPr="00563D17">
        <w:rPr>
          <w:lang w:val="es-PE"/>
        </w:rPr>
        <w:t>Dokploy</w:t>
      </w:r>
      <w:proofErr w:type="spellEnd"/>
      <w:r w:rsidRPr="00563D17">
        <w:rPr>
          <w:lang w:val="es-PE"/>
        </w:rPr>
        <w:t xml:space="preserve">, HTTPS, </w:t>
      </w:r>
      <w:proofErr w:type="spellStart"/>
      <w:r w:rsidRPr="00563D17">
        <w:rPr>
          <w:lang w:val="es-PE"/>
        </w:rPr>
        <w:t>Cloudflare</w:t>
      </w:r>
      <w:proofErr w:type="spellEnd"/>
      <w:r w:rsidRPr="00563D17">
        <w:rPr>
          <w:lang w:val="es-PE"/>
        </w:rPr>
        <w:t xml:space="preserve"> y administración de dominios.</w:t>
      </w:r>
    </w:p>
    <w:p w14:paraId="37EE2BAE" w14:textId="444BD5EA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>Capacité a nuevos desarrolladores en procesos de despliegue e infraestructura</w:t>
      </w:r>
      <w:r w:rsidR="00536EF4">
        <w:rPr>
          <w:lang w:val="es-PE"/>
        </w:rPr>
        <w:t xml:space="preserve"> mediante VPS</w:t>
      </w:r>
      <w:r w:rsidRPr="00563D17">
        <w:rPr>
          <w:lang w:val="es-PE"/>
        </w:rPr>
        <w:t>.</w:t>
      </w:r>
    </w:p>
    <w:p w14:paraId="5A2B38BE" w14:textId="1022B59A" w:rsidR="00563D17" w:rsidRDefault="00000000" w:rsidP="00563D17">
      <w:pPr>
        <w:pStyle w:val="Listaconvietas"/>
        <w:rPr>
          <w:lang w:val="es-PE"/>
        </w:rPr>
      </w:pPr>
      <w:r w:rsidRPr="00563D17">
        <w:rPr>
          <w:lang w:val="es-PE"/>
        </w:rPr>
        <w:t xml:space="preserve">Colaboré en el desarrollo de un CRM, un sistema de </w:t>
      </w:r>
      <w:proofErr w:type="spellStart"/>
      <w:r w:rsidRPr="00563D17">
        <w:rPr>
          <w:lang w:val="es-PE"/>
        </w:rPr>
        <w:t>Prop</w:t>
      </w:r>
      <w:proofErr w:type="spellEnd"/>
      <w:r w:rsidRPr="00563D17">
        <w:rPr>
          <w:lang w:val="es-PE"/>
        </w:rPr>
        <w:t xml:space="preserve"> </w:t>
      </w:r>
      <w:proofErr w:type="spellStart"/>
      <w:r w:rsidRPr="00563D17">
        <w:rPr>
          <w:lang w:val="es-PE"/>
        </w:rPr>
        <w:t>Firms</w:t>
      </w:r>
      <w:proofErr w:type="spellEnd"/>
      <w:r w:rsidRPr="00563D17">
        <w:rPr>
          <w:lang w:val="es-PE"/>
        </w:rPr>
        <w:t xml:space="preserve">, una tienda virtual y múltiples </w:t>
      </w:r>
      <w:proofErr w:type="spellStart"/>
      <w:r w:rsidRPr="00563D17">
        <w:rPr>
          <w:lang w:val="es-PE"/>
        </w:rPr>
        <w:t>landing</w:t>
      </w:r>
      <w:proofErr w:type="spellEnd"/>
      <w:r w:rsidRPr="00563D17">
        <w:rPr>
          <w:lang w:val="es-PE"/>
        </w:rPr>
        <w:t xml:space="preserve"> </w:t>
      </w:r>
      <w:proofErr w:type="spellStart"/>
      <w:r w:rsidRPr="00563D17">
        <w:rPr>
          <w:lang w:val="es-PE"/>
        </w:rPr>
        <w:t>pages</w:t>
      </w:r>
      <w:proofErr w:type="spellEnd"/>
      <w:r w:rsidRPr="00563D17">
        <w:rPr>
          <w:lang w:val="es-PE"/>
        </w:rPr>
        <w:t>.</w:t>
      </w:r>
      <w:r w:rsidR="00563D17">
        <w:rPr>
          <w:lang w:val="es-PE"/>
        </w:rPr>
        <w:br/>
      </w:r>
    </w:p>
    <w:p w14:paraId="1F16CB6C" w14:textId="77777777" w:rsidR="00563D17" w:rsidRDefault="00563D17" w:rsidP="00563D17">
      <w:pPr>
        <w:pStyle w:val="Listaconvietas"/>
        <w:numPr>
          <w:ilvl w:val="0"/>
          <w:numId w:val="0"/>
        </w:numPr>
        <w:ind w:left="360" w:hanging="360"/>
        <w:rPr>
          <w:lang w:val="es-PE"/>
        </w:rPr>
      </w:pPr>
    </w:p>
    <w:p w14:paraId="72D0B3F0" w14:textId="77777777" w:rsidR="00563D17" w:rsidRPr="00563D17" w:rsidRDefault="00563D17" w:rsidP="00563D17">
      <w:pPr>
        <w:pStyle w:val="Listaconvietas"/>
        <w:numPr>
          <w:ilvl w:val="0"/>
          <w:numId w:val="0"/>
        </w:numPr>
        <w:ind w:left="360" w:hanging="360"/>
        <w:rPr>
          <w:lang w:val="es-PE"/>
        </w:rPr>
      </w:pPr>
    </w:p>
    <w:p w14:paraId="125C54B4" w14:textId="77777777" w:rsidR="00A619FC" w:rsidRDefault="00000000">
      <w:pPr>
        <w:pStyle w:val="Listaconvietas"/>
      </w:pPr>
      <w:proofErr w:type="spellStart"/>
      <w:r>
        <w:lastRenderedPageBreak/>
        <w:t>Proyectos</w:t>
      </w:r>
      <w:proofErr w:type="spellEnd"/>
      <w:r>
        <w:t xml:space="preserve"> </w:t>
      </w:r>
      <w:proofErr w:type="spellStart"/>
      <w:r>
        <w:t>destacados</w:t>
      </w:r>
      <w:proofErr w:type="spellEnd"/>
      <w:r>
        <w:t>:</w:t>
      </w:r>
    </w:p>
    <w:p w14:paraId="7B2A2B3E" w14:textId="77777777" w:rsidR="00A619FC" w:rsidRPr="00563D17" w:rsidRDefault="00000000">
      <w:pPr>
        <w:pStyle w:val="Continuarlista"/>
        <w:rPr>
          <w:lang w:val="es-PE"/>
        </w:rPr>
      </w:pPr>
      <w:r w:rsidRPr="00563D17">
        <w:rPr>
          <w:lang w:val="es-PE"/>
        </w:rPr>
        <w:t>• C+ Suite: plataforma utilizada por más de 60 000 usuarios.</w:t>
      </w:r>
    </w:p>
    <w:p w14:paraId="1BC9F006" w14:textId="77777777" w:rsidR="00A619FC" w:rsidRPr="00563D17" w:rsidRDefault="00000000">
      <w:pPr>
        <w:pStyle w:val="Continuarlista"/>
        <w:rPr>
          <w:lang w:val="es-PE"/>
        </w:rPr>
      </w:pPr>
      <w:r w:rsidRPr="00563D17">
        <w:rPr>
          <w:lang w:val="es-PE"/>
        </w:rPr>
        <w:t>• Comunidad C+ Suite: comunidad con más de 16 700 usuarios.</w:t>
      </w:r>
    </w:p>
    <w:p w14:paraId="2D09CB75" w14:textId="77777777" w:rsidR="00A619FC" w:rsidRDefault="00000000">
      <w:pPr>
        <w:pStyle w:val="Ttulo2"/>
      </w:pPr>
      <w:proofErr w:type="spellStart"/>
      <w:r>
        <w:t>Wost</w:t>
      </w:r>
      <w:proofErr w:type="spellEnd"/>
      <w:r>
        <w:t xml:space="preserve"> Creative Solutions – Desarrollador Full Stack</w:t>
      </w:r>
    </w:p>
    <w:p w14:paraId="6BCF0099" w14:textId="5532DD09" w:rsidR="00A619FC" w:rsidRDefault="00000000">
      <w:r>
        <w:t>Febrero 2025 – Abril 2025</w:t>
      </w:r>
      <w:r w:rsidR="00536EF4">
        <w:t xml:space="preserve"> | Remoto</w:t>
      </w:r>
    </w:p>
    <w:p w14:paraId="7F56D727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 xml:space="preserve">Participé en el desarrollo de </w:t>
      </w:r>
      <w:proofErr w:type="spellStart"/>
      <w:r w:rsidRPr="00563D17">
        <w:rPr>
          <w:lang w:val="es-PE"/>
        </w:rPr>
        <w:t>DocuFlare</w:t>
      </w:r>
      <w:proofErr w:type="spellEnd"/>
      <w:r w:rsidRPr="00563D17">
        <w:rPr>
          <w:lang w:val="es-PE"/>
        </w:rPr>
        <w:t xml:space="preserve"> para seguimiento de proyectos y facturación.</w:t>
      </w:r>
    </w:p>
    <w:p w14:paraId="4188F0D3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>Colaboré en un sistema de homologación de proveedores para Grupo Gloria.</w:t>
      </w:r>
    </w:p>
    <w:p w14:paraId="3D8B99A8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 xml:space="preserve">Trabajé con </w:t>
      </w:r>
      <w:proofErr w:type="spellStart"/>
      <w:r w:rsidRPr="00563D17">
        <w:rPr>
          <w:lang w:val="es-PE"/>
        </w:rPr>
        <w:t>NestJS</w:t>
      </w:r>
      <w:proofErr w:type="spellEnd"/>
      <w:r w:rsidRPr="00563D17">
        <w:rPr>
          <w:lang w:val="es-PE"/>
        </w:rPr>
        <w:t xml:space="preserve">, </w:t>
      </w:r>
      <w:proofErr w:type="spellStart"/>
      <w:r w:rsidRPr="00563D17">
        <w:rPr>
          <w:lang w:val="es-PE"/>
        </w:rPr>
        <w:t>React</w:t>
      </w:r>
      <w:proofErr w:type="spellEnd"/>
      <w:r w:rsidRPr="00563D17">
        <w:rPr>
          <w:lang w:val="es-PE"/>
        </w:rPr>
        <w:t xml:space="preserve"> + Vite y </w:t>
      </w:r>
      <w:proofErr w:type="spellStart"/>
      <w:r w:rsidRPr="00563D17">
        <w:rPr>
          <w:lang w:val="es-PE"/>
        </w:rPr>
        <w:t>GitLab</w:t>
      </w:r>
      <w:proofErr w:type="spellEnd"/>
      <w:r w:rsidRPr="00563D17">
        <w:rPr>
          <w:lang w:val="es-PE"/>
        </w:rPr>
        <w:t>, consolidando las bases de mi experiencia profesional.</w:t>
      </w:r>
    </w:p>
    <w:p w14:paraId="2F92950E" w14:textId="77777777" w:rsidR="00A619FC" w:rsidRDefault="00000000">
      <w:pPr>
        <w:pStyle w:val="Ttulo1"/>
      </w:pPr>
      <w:proofErr w:type="spellStart"/>
      <w:r>
        <w:t>Tecnologías</w:t>
      </w:r>
      <w:proofErr w:type="spellEnd"/>
    </w:p>
    <w:p w14:paraId="256CF774" w14:textId="77777777" w:rsidR="00A619FC" w:rsidRPr="00563D17" w:rsidRDefault="00000000">
      <w:pPr>
        <w:rPr>
          <w:lang w:val="es-PE"/>
        </w:rPr>
      </w:pPr>
      <w:r>
        <w:t>Backend: JavaScript, Node.js, NestJS, Express, REST API, JWT, TypeORM, Guards, WebSockets, Webhooks.</w:t>
      </w:r>
      <w:r>
        <w:br/>
        <w:t>Frontend: React, Vite, Next.js.</w:t>
      </w:r>
      <w:r>
        <w:br/>
        <w:t>Base de datos: PostgreSQL.</w:t>
      </w:r>
      <w:r>
        <w:br/>
        <w:t>Infraestructura: Docker, Dokploy, VPS Linux, Cloudflare, HTTPS, DNS.</w:t>
      </w:r>
      <w:r>
        <w:br/>
        <w:t>Integraciones: Stripe, Hotmart, Google OAuth, Apple Sign In, Redis, BullMQ.</w:t>
      </w:r>
      <w:r>
        <w:br/>
      </w:r>
      <w:r w:rsidRPr="00563D17">
        <w:rPr>
          <w:lang w:val="es-PE"/>
        </w:rPr>
        <w:t xml:space="preserve">Herramientas: Git, GitHub, </w:t>
      </w:r>
      <w:proofErr w:type="spellStart"/>
      <w:r w:rsidRPr="00563D17">
        <w:rPr>
          <w:lang w:val="es-PE"/>
        </w:rPr>
        <w:t>GitLab</w:t>
      </w:r>
      <w:proofErr w:type="spellEnd"/>
      <w:r w:rsidRPr="00563D17">
        <w:rPr>
          <w:lang w:val="es-PE"/>
        </w:rPr>
        <w:t xml:space="preserve">, </w:t>
      </w:r>
      <w:proofErr w:type="spellStart"/>
      <w:r w:rsidRPr="00563D17">
        <w:rPr>
          <w:lang w:val="es-PE"/>
        </w:rPr>
        <w:t>Postman</w:t>
      </w:r>
      <w:proofErr w:type="spellEnd"/>
      <w:r w:rsidRPr="00563D17">
        <w:rPr>
          <w:lang w:val="es-PE"/>
        </w:rPr>
        <w:t>.</w:t>
      </w:r>
    </w:p>
    <w:p w14:paraId="605DEDE9" w14:textId="77777777" w:rsidR="00A619FC" w:rsidRPr="00563D17" w:rsidRDefault="00000000">
      <w:pPr>
        <w:pStyle w:val="Ttulo1"/>
        <w:rPr>
          <w:lang w:val="es-PE"/>
        </w:rPr>
      </w:pPr>
      <w:r w:rsidRPr="00563D17">
        <w:rPr>
          <w:lang w:val="es-PE"/>
        </w:rPr>
        <w:t>Educación</w:t>
      </w:r>
    </w:p>
    <w:p w14:paraId="0E7CFC82" w14:textId="77777777" w:rsidR="00A619FC" w:rsidRPr="00563D17" w:rsidRDefault="00000000">
      <w:pPr>
        <w:rPr>
          <w:lang w:val="es-PE"/>
        </w:rPr>
      </w:pPr>
      <w:r w:rsidRPr="00563D17">
        <w:rPr>
          <w:lang w:val="es-PE"/>
        </w:rPr>
        <w:t>Ingeniería de Sistemas – Universidad Nacional de Trujillo (UNT)</w:t>
      </w:r>
      <w:r w:rsidRPr="00563D17">
        <w:rPr>
          <w:lang w:val="es-PE"/>
        </w:rPr>
        <w:br/>
        <w:t>9.º ciclo – Egreso estimado: diciembre de 2026.</w:t>
      </w:r>
    </w:p>
    <w:p w14:paraId="6BEFBA2D" w14:textId="77777777" w:rsidR="00A619FC" w:rsidRPr="00563D17" w:rsidRDefault="00000000">
      <w:pPr>
        <w:pStyle w:val="Ttulo1"/>
        <w:rPr>
          <w:lang w:val="es-PE"/>
        </w:rPr>
      </w:pPr>
      <w:r w:rsidRPr="00563D17">
        <w:rPr>
          <w:lang w:val="es-PE"/>
        </w:rPr>
        <w:t>Idiomas</w:t>
      </w:r>
    </w:p>
    <w:p w14:paraId="66C63DF7" w14:textId="77777777" w:rsidR="00A619FC" w:rsidRPr="00563D17" w:rsidRDefault="00000000">
      <w:pPr>
        <w:rPr>
          <w:lang w:val="es-PE"/>
        </w:rPr>
      </w:pPr>
      <w:r w:rsidRPr="00563D17">
        <w:rPr>
          <w:lang w:val="es-PE"/>
        </w:rPr>
        <w:t>Inglés: Nivel B1 (lectura de documentación técnica y comunicación básica).</w:t>
      </w:r>
    </w:p>
    <w:p w14:paraId="5E44230A" w14:textId="77777777" w:rsidR="00A619FC" w:rsidRDefault="00000000">
      <w:pPr>
        <w:pStyle w:val="Ttulo1"/>
      </w:pPr>
      <w:proofErr w:type="spellStart"/>
      <w:r>
        <w:t>Logros</w:t>
      </w:r>
      <w:proofErr w:type="spellEnd"/>
      <w:r>
        <w:t xml:space="preserve"> </w:t>
      </w:r>
      <w:proofErr w:type="spellStart"/>
      <w:r>
        <w:t>Relevantes</w:t>
      </w:r>
      <w:proofErr w:type="spellEnd"/>
    </w:p>
    <w:p w14:paraId="77012F90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>Liderazgo técnico en una plataforma con más de 60 000 usuarios.</w:t>
      </w:r>
    </w:p>
    <w:p w14:paraId="038AADF6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>Diseño de arquitectura de autenticación centralizada para múltiples aplicaciones.</w:t>
      </w:r>
    </w:p>
    <w:p w14:paraId="7A407993" w14:textId="77777777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>Experiencia integral desde el levantamiento de requerimientos hasta despliegue en producción.</w:t>
      </w:r>
    </w:p>
    <w:p w14:paraId="1684F9FC" w14:textId="19C37366" w:rsidR="00A619FC" w:rsidRPr="00563D17" w:rsidRDefault="00000000">
      <w:pPr>
        <w:pStyle w:val="Listaconvietas"/>
        <w:rPr>
          <w:lang w:val="es-PE"/>
        </w:rPr>
      </w:pPr>
      <w:r w:rsidRPr="00563D17">
        <w:rPr>
          <w:lang w:val="es-PE"/>
        </w:rPr>
        <w:t>Mentoría a nuevos desarrolladores</w:t>
      </w:r>
      <w:r w:rsidR="00563D17">
        <w:rPr>
          <w:lang w:val="es-PE"/>
        </w:rPr>
        <w:t xml:space="preserve"> en decisiones técnicas</w:t>
      </w:r>
    </w:p>
    <w:sectPr w:rsidR="00A619FC" w:rsidRPr="00563D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0536979">
    <w:abstractNumId w:val="8"/>
  </w:num>
  <w:num w:numId="2" w16cid:durableId="1046876850">
    <w:abstractNumId w:val="6"/>
  </w:num>
  <w:num w:numId="3" w16cid:durableId="739255583">
    <w:abstractNumId w:val="5"/>
  </w:num>
  <w:num w:numId="4" w16cid:durableId="753937812">
    <w:abstractNumId w:val="4"/>
  </w:num>
  <w:num w:numId="5" w16cid:durableId="1032808333">
    <w:abstractNumId w:val="7"/>
  </w:num>
  <w:num w:numId="6" w16cid:durableId="863248081">
    <w:abstractNumId w:val="3"/>
  </w:num>
  <w:num w:numId="7" w16cid:durableId="1875265239">
    <w:abstractNumId w:val="2"/>
  </w:num>
  <w:num w:numId="8" w16cid:durableId="1696225337">
    <w:abstractNumId w:val="1"/>
  </w:num>
  <w:num w:numId="9" w16cid:durableId="56734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36EF4"/>
    <w:rsid w:val="00563D17"/>
    <w:rsid w:val="00743811"/>
    <w:rsid w:val="009B6545"/>
    <w:rsid w:val="00A619FC"/>
    <w:rsid w:val="00AA1D8D"/>
    <w:rsid w:val="00B47730"/>
    <w:rsid w:val="00CB0664"/>
    <w:rsid w:val="00EE51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714B88"/>
  <w14:defaultImageDpi w14:val="300"/>
  <w15:docId w15:val="{04B7F09F-6017-4C26-BD5F-E17E486E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Sebastian Espinoza Davalos</cp:lastModifiedBy>
  <cp:revision>2</cp:revision>
  <dcterms:created xsi:type="dcterms:W3CDTF">2026-08-03T19:44:00Z</dcterms:created>
  <dcterms:modified xsi:type="dcterms:W3CDTF">2026-08-03T19:44:00Z</dcterms:modified>
  <cp:category/>
</cp:coreProperties>
</file>